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הסוואנה של מזרח אפריקה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הסוואנה הסרנגטי ואת הר הקילימנגורו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לחיות ולנדידה באפריקה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יומן המסע של נוגה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רכב 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לא להבהיל את החיות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ביומן של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(מישור ענקי של עשב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(חיה שנודדת בעדר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(סוג של עץ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נסענו ברכב שטח בסרנגטי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ראינו עדר של גנו וזברות הולך בשורה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טסנו במטוס בדרך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ראינו את פסגת הקילימנגורו מהחלון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מזכיר/ה פריטים כמו כובע, משקפת, בקבוק מים, ומסביר/ה שחשוב לשמור על שקט כדי לא להבהיל את החיות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שטח גדול ושטוח עם עשב וחיות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להבהיל אותן ולשמור על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פסגת הקילימנגורו, לבנה משלג, מעל העננים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יומן המסע בקול לפני פתיחת הדף,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חשיבות השמירה על שקט ושמירה על בעלי חיים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תמונות של הסרנגטי והקילימנגורו כדי להעשיר את החוויה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הסוואנה של מזרח אפריקה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נוגה כתבה ביומן המסע שלה על טיול בסרנגטי, מישור ענק של עשב באפריקה, ועל ההר הקילימנגורו המושלג. בדף הזה נתרגל את מה שקראנו.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עשב  ·  שטח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כלי רכב נסעה המשפחה בסרנגטי?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רכב 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המדריך ביקש לדבר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לא היה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לא להבהיל את החיות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הסרנגטי הוא מישור גדול של עשב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הגנו והזברות הלכו בשורה ארוכה אחד אחרי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נסענו ברכב __________ בסרנגטי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הסרנגטי הוא מישור ענקי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סרנגטי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סוג של עץ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מישור ענקי של עשב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חיה שנודדת בעדר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ראינו את פסגת הקילימנגורו מהחלון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טסנו במטוס בדרך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נסענו ברכב שטח בסרנגטי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ראינו עדר של גנו וזברות הולך בשורה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נוסעים לסרנגטי. כתבו מה הייתם אורזים ולמה, והסבירו למה חשוב להתנהג בשקט ליד חיות הבר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סוואנה?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לא להרעיש ליד חיות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הסוואנה של מזרח אפריקה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