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הסוואנה של מזרח אפריקה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הסוואנה הסרנגטי ואת הר הקילימנגורו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לחיות ולנדידה באפריקה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יומן המסע של נוגה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רכב 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כדי לא להבהיל את החיות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למקום שירד בו גשם וצמח עשב טרי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מתחת לעץ 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את פסגת הקילימנגורו מכוסה שלג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ביומן של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המדריך ביקש דווקא לדבר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היו לה שני גורים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תואר בסוף היומן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(מישור ענקי של עשב באפריקה)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(הר גבוה עם פסגה מושלגת)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(חיה שנודדת בעדר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(אריה נקבה שדואגת לגורים)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(סוג של עץ באפריקה)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נסענו ברכב שטח בסרנגטי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ראינו עדר של גנו וזברות הולך בשורה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ראינו לביאה עם גורים מתחת לעץ 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טסנו במטוס בדרך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ראינו את פסגת הקילימנגורו מהחלון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מזכיר/ה פריטים כמו כובע, משקפת, בקבוק מים, ומסביר/ה שחשוב לשמור על שקט כדי לא להבהיל את החיות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שטח גדול ושטוח עם עשב וחיות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להבהיל אותן ולשמור על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פסגת הקילימנגורו, לבנה משלג, מעל העננים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יומן המסע בקול לפני פתיחת הדף,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לשוחח על חשיבות השמירה על שקט ושמירה על בעלי חיים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להציג תמונות של הסרנגטי והקילימנגורו כדי להעשיר את החוויה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הסוואנה של מזרח אפריקה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נוגה נסעה לאפריקה. היא ראתה שם מישור גדול עם עשב, בעלי חיים, והר גבוה עם שלג. נתרגל את הסיפור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סוואנה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גדול ושטוח עם עשב, עצים מעטים וחיות רבות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סרנגטי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מישור ענקי באפריקה שיש בו הרבה עשב וחיות 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קילימנגורו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 גבוה מאוד באפריקה, הפסגה שלו מכוסה שלג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בעלי חיים שהולכים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גנו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אפריקאית שנודדת בעדרים גדולים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נודדים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ממקום למקום בחיפוש אחר מזון או 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אריה נקבה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של עץ שגדל באפריקה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נסעה המשפחה בסרנגטי?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רכב 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המדריך רצה 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היה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לא היה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להבהיל את החיות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היה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הלכו בעלי החיים?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למקום שירד בו גשם וצמח עשב טרי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לעיר הקרובה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 הקילימנגורו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ישנה הלביאה?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ליד הנהר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בתוך האוהל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מתחת לעץ שיטה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ראו מהמטוס?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פסגת הקילימנגורו מכוסה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הסרנגטי הוא מישור גדול של עשב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המדריך ביקש לצעוק כדי להרחיק את החיות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הגנו והזברות הלכו בשורה ארוכה אחד אחרי השני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הלביאה נחה עם שלושה גורים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הקילימנגורו נראה לבן משלג מהחלון של המטוס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נסענו ברכב __________ בסרנגטי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הסרנגטי הוא מישור ענקי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העדר הלך בשורה ארוכה, אחד אחרי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הלביאה נחה מתחת לעץ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פסגת הקילימנגורו הייתה לבנה מ__________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סרנגטי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סוג של עץ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קילימנגורו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מישור ענקי של עשב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הר גבוה עם פסגה מושלגת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לביאה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חיה שנודדת בעדר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אריה נקבה שדואגת לגורים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טסנו במטוס בדרך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נסענו ברכב שטח בסרנגטי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ראינו את פסגת הקילימנגורו מהחלון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ראינו לביאה עם גורים מתחת לעץ שיטה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ראינו עדר של גנו וזברות הולך בשורה ארוכה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נוסעים לסרנגטי. כתבו מה הייתם אורזים ולמה, והסבירו למה חשוב להתנהג בשקט ליד חיות הבר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סוואנה?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לא להרעיש ליד חיות 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ראתה נוגה מהחלון של המטוס בדרך הביתה?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הסוואנה של מזרח אפריקה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